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הילדה ואבא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ולסדר משפטים הקשורים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לחם, חלב, ביצים, תפוחים 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מאה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מסדרת במקרר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אבא אומר רק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המוכרת אומרת מאה שקלים.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עוזרת לסדר את האוכל במקרר.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(🍎)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(🧀)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כותב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עגלה ומחפשים דברים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מסדרים את האוכל במקרר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עם לפחות 4 מוצרי מזון מתאימים לארוחת בוקר, כתובים בעברית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בין המילים לתמונות לפני כתיבת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כדי לתרגל שיח בעברית.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הילדה שהולכת עם אבא לסופרמרקט, ואת מילות האוכל והקניות שלמדנו.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הולכת הילדה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כתב אבא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לחם, חלב, ביצים, תפוחים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 וגלידה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בשר ודג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הילדה רוצה לקנות בנוסף לרשימה?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עלו הקניות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אלף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הילדה עושה בבית עם האוכל?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מסדרת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מוכרת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הולכת עם אבא לסופרמרקט.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כותב רשימת 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נותן לילדה שני שוקולדים.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הקניות עולות מאה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לא עוזרת בבית אחרי הקניות.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אני הולכת עם אבא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כותב רשימה: __________, חלב, ביצים, תפוחים ומים.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בסופרמרקט אני דוחפת את העגלה ומחפשת את הדברים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רוצה גם __________, אבל אבא אומר: רק אחד!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אני עוזרת לסדר את האוכל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דוחפים עגלה ומחפשים דברים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האוכל במקרר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כותב רשימת קניות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הולכים לסופרמרקט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בקופה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רשימת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רשימת קניות לארוחת בוקר של המשפחה שלכם, לפי הדוגמה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למקום שקונים בו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אבא אמר כשהילדה רצתה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עלו הקניות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