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אוכל וקניות בסופרמרקט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מילות אוצר מילים של אוכל וקניות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תוכן הסיפור על הילדה ואבא בסופרמרקט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ולסדר משפטים הקשורים לקניות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עם אבא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לחם, חלב, ביצים, תפוחים ומים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שוקולד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מאה שקלים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מסדרת במקרר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כתוב בתחילת הסיפור.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כתוב בטקסט.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אבא אומר רק אחד.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המוכרת אומרת מאה שקלים.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היא עוזרת לסדר את האוכל במקרר.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 מהטקסט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סופרמרקט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לחם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מהרשימה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שוקולד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מקרר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מילה לתמונה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(🍞)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(🥛)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(🍎)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(🧀)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סיפור הקניות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אבא כותב רשימת קניות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הם הולכים לסופרמרקט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דוחפים עגלה ומחפשים דברים מהרשימה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משלמים בקופה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מסדרים את האוכל במקרר בבית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רשימת קניות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רשימה עם לפחות 4 מוצרי מזון מתאימים לארוחת בוקר, כתובים בעברית ברורה.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סופרמרקט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רק אחד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מאה שקלים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הטקסט בקול לפני התרגול כדי לחזק הבנת הנשמע.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לחבר בין המילים לתמונות לפני כתיבת המשפטים.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משימת הכתיבה מתאימה לעבודה בזוגות כדי לתרגל שיח בעברית.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אוכל וקניות בסופרמרקט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מילים על אוכל וקניות, ונקרא סיפור קצר על ילדה שהולכת עם אבא לסופרמרקט.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סופרמרקט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גדול שקונים בו אוכל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רשימה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דף עם דברים שצריך לקנות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עגלה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שדוחפים בו קניות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קופה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שמשלמים בו כסף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זה עולה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שאלה על המחיר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מקרר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קר ששומרים בו אוכל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לקנות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לתת כסף ולקבל דבר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כסף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ששמים בקופה כדי לקנות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עם מי הולכת הילדה?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עם אבא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עם אמא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עם חברה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אבא רשם?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לחם, חלב, ביצים, תפוחים ומים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עוגה וגלידה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בשר ודג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פיצה ושתייה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עוד הילדה רוצה?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שוקולד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גלידה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ממתק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שילם אבא?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חמישים שקלים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מאה שקלים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עשרים שקלים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אלף שקלים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הילדה עושה אחרי הקניות?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אוכלת הכל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מסדרת במקרר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זורקת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מוכרת אותו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הילדה הולכת עם אבא לסופרמרקט.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אבא כותב רשימת קניות.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אבא נותן לילדה שני שוקולדים.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הקניות עולות מאה שקלים.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הילדה לא עוזרת בבית אחרי הקניות.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היום אני הולכת עם אבא ל__________.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אבא כותב רשימה: __________, חלב, ביצים, תפוחים ומים.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בסופרמרקט אני דוחפת את העגלה ומחפשת את הדברים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אני רוצה גם __________, אבל אבא אומר: רק אחד!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בבית אני עוזרת לסדר את האוכל ב__________.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מילה לתמונה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לחם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🍎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חלב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🧀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ביצה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🥛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תפוח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🍞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גבינה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סיפור הקניות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מסדרים את האוכל במקרר בבית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אבא כותב רשימת קניות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משלמים בקופה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דוחפים עגלה ומחפשים דברים מהרשימה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הם הולכים לסופרמרקט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כותבים רשימת קניות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רשימת קניות לארוחת בוקר של המשפחה שלכם, לפי הדוגמה מהטקסט.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קוראים למקום שקונים בו אוכל?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אבא אמר כשהילדה רצתה שוקולד?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עלו הקניות בסוף הסיפור?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אוכל וקניות בסופרמרקט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