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אוצר מילים של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הילדה ואבא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ולסדר משפטים הקשורים 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בתחילת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(🍎)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כותב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הולכים לסופרמרקט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דוחפים עגלה ומחפשים דברים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משלמים בקופה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עם לפחות 4 מוצרי מזון מתאימים לארוחת בוקר, כתובים בעברית 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רק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מאה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לחבר בין המילים לתמונות לפני כתיבת המשפטים.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כדי לתרגל שיח בעברית.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הסיפור על הילדה שהולכת עם אבא לסופרמרקט, ואת מילות האוכל והקניות שלמדנו.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לחם  ·  סופרמרקט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הולכת הילדה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הילדה רוצה לקנות בנוסף לרשימה?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גלידה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הילדה הולכת עם אבא לסופרמרקט.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אבא כותב רשימת 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היום אני הולכת עם אבא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אבא כותב רשימה: __________, חלב, ביצים, תפוחים ומים.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🍎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🥛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סיפור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הולכים לסופרמרקט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דוחפים עגלה ומחפשים דברים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משלמים בקופה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אבא כותב רשימת קניות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רשימת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רשימת קניות לארוחת בוקר של המשפחה שלכם, לפי הדוגמה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קוראים למקום שקונים בו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אבא אמר כשהילדה רצתה 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בסופרמרקט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